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New Covenant Fellowship Church Scholarship Application 2027 (For External Applicants)</w:t>
      </w:r>
    </w:p>
    <w:p w:rsidR="00000000" w:rsidDel="00000000" w:rsidP="00000000" w:rsidRDefault="00000000" w:rsidRPr="00000000" w14:paraId="00000002">
      <w:pPr>
        <w:rPr/>
      </w:pPr>
      <w:r w:rsidDel="00000000" w:rsidR="00000000" w:rsidRPr="00000000">
        <w:rPr>
          <w:rtl w:val="0"/>
        </w:rPr>
        <w:t xml:space="preserve">18910 Waring Station Rd., Germantown, MD 20874</w:t>
        <w:br w:type="textWrapping"/>
        <w:t xml:space="preserve">301-444-3100 ext. 300     http://www.fellowshipusa.com/</w:t>
      </w:r>
    </w:p>
    <w:p w:rsidR="00000000" w:rsidDel="00000000" w:rsidP="00000000" w:rsidRDefault="00000000" w:rsidRPr="00000000" w14:paraId="00000003">
      <w:pPr>
        <w:pStyle w:val="Heading1"/>
        <w:rPr/>
      </w:pPr>
      <w:r w:rsidDel="00000000" w:rsidR="00000000" w:rsidRPr="00000000">
        <w:rPr>
          <w:rtl w:val="0"/>
        </w:rPr>
        <w:t xml:space="preserve">Scholarship Opportunities</w:t>
      </w:r>
    </w:p>
    <w:p w:rsidR="00000000" w:rsidDel="00000000" w:rsidP="00000000" w:rsidRDefault="00000000" w:rsidRPr="00000000" w14:paraId="00000004">
      <w:pPr>
        <w:rPr/>
      </w:pPr>
      <w:r w:rsidDel="00000000" w:rsidR="00000000" w:rsidRPr="00000000">
        <w:rPr>
          <w:rtl w:val="0"/>
        </w:rPr>
        <w:t xml:space="preserve">The New Covenant Fellowship Church has been generously endowed by church members who, through gifts and memorials, have established a variety of scholarship funds that provide financial support. These scholarships are awarded annually to full-time undergraduate, graduated or seminary students. The value of each award will vary depending on the number of qualified applicants. Scholarships may be applied toward tuition, fees, books, supplies, room, and board.</w:t>
      </w:r>
    </w:p>
    <w:p w:rsidR="00000000" w:rsidDel="00000000" w:rsidP="00000000" w:rsidRDefault="00000000" w:rsidRPr="00000000" w14:paraId="00000005">
      <w:pPr>
        <w:pStyle w:val="Heading1"/>
        <w:rPr/>
      </w:pPr>
      <w:r w:rsidDel="00000000" w:rsidR="00000000" w:rsidRPr="00000000">
        <w:rPr>
          <w:rtl w:val="0"/>
        </w:rPr>
        <w:t xml:space="preserve">Application Procedure</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bookmarkStart w:colFirst="0" w:colLast="0" w:name="_heading=h.f39vzilrkcz5" w:id="0"/>
      <w:bookmarkEnd w:id="0"/>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Applications will be available beginning in mid-September of the application year and may be downloaded from the church website.</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completed application, current transcript(s), a Faith Journey Essay, two letters of recommendation, and proof of family income (most recent tax return) must be submitted to the Scholarship Committee either by e-mail (scholarship@fellowshipusa.com) or in hard copy by November 30, 202</w:t>
      </w:r>
      <w:r w:rsidDel="00000000" w:rsidR="00000000" w:rsidRPr="00000000">
        <w:rPr>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Applicants are responsible for confirming with the church office that their application has been received.</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Typed applications are strongly preferred. Additional pages may be attached if more space is needed.</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Responses should be detailed and complete to allow the Scholarship Committee to better understand the applicant.</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Questions should be directed to the Scholarship Committee at scholarship@fellowshipusa.com.</w:t>
      </w:r>
    </w:p>
    <w:p w:rsidR="00000000" w:rsidDel="00000000" w:rsidP="00000000" w:rsidRDefault="00000000" w:rsidRPr="00000000" w14:paraId="0000000C">
      <w:pPr>
        <w:rPr/>
      </w:pPr>
      <w:r w:rsidDel="00000000" w:rsidR="00000000" w:rsidRPr="00000000">
        <w:rPr>
          <w:rtl w:val="0"/>
        </w:rPr>
        <w:t xml:space="preserve">Following review, the Scholarship Committee will notify all applicants by e-mail. Scholarship recipients will be recognized during the Christmas Day worship service on December 25, 2026. Recipients are expected to attend this presentation. If attendance is not possible, the recipient must notify the Scholarship Committee Chairperson in advance.</w:t>
        <w:br w:type="textWrapping"/>
        <w:br w:type="textWrapping"/>
        <w:t xml:space="preserve">Note: Scholarships are awarded for one academic year only. Students may re-apply in subsequent years provided eligibility requirements are met. Each student may receive a maximum of two NCFC scholarships.</w:t>
      </w:r>
    </w:p>
    <w:p w:rsidR="00000000" w:rsidDel="00000000" w:rsidP="00000000" w:rsidRDefault="00000000" w:rsidRPr="00000000" w14:paraId="0000000D">
      <w:pPr>
        <w:pStyle w:val="Heading1"/>
        <w:rPr/>
      </w:pPr>
      <w:r w:rsidDel="00000000" w:rsidR="00000000" w:rsidRPr="00000000">
        <w:rPr>
          <w:rtl w:val="0"/>
        </w:rPr>
        <w:t xml:space="preserve">Personal and Contact Information</w:t>
      </w:r>
    </w:p>
    <w:p w:rsidR="00000000" w:rsidDel="00000000" w:rsidP="00000000" w:rsidRDefault="00000000" w:rsidRPr="00000000" w14:paraId="0000000E">
      <w:pPr>
        <w:spacing w:after="240" w:before="240" w:line="360" w:lineRule="auto"/>
        <w:rPr/>
      </w:pPr>
      <w:r w:rsidDel="00000000" w:rsidR="00000000" w:rsidRPr="00000000">
        <w:rPr>
          <w:rFonts w:ascii="Calibri" w:cs="Calibri" w:eastAsia="Calibri" w:hAnsi="Calibri"/>
          <w:sz w:val="24"/>
          <w:szCs w:val="24"/>
          <w:rtl w:val="0"/>
        </w:rPr>
        <w:t xml:space="preserve">Full Name (First, Middle Initial, Last): _______________________________________________</w:t>
        <w:br w:type="textWrapping"/>
        <w:t xml:space="preserve">Korean Name (if applicable): _________________________________________________________</w:t>
        <w:br w:type="textWrapping"/>
        <w:t xml:space="preserve">Home Address: ______________________________________________________________________</w:t>
        <w:br w:type="textWrapping"/>
        <w:t xml:space="preserve">College Address: ____________________________________________________________________</w:t>
        <w:br w:type="textWrapping"/>
        <w:t xml:space="preserve">Home Phone: ___________________________   Cell Phone: ________________________________</w:t>
        <w:br w:type="textWrapping"/>
        <w:t xml:space="preserve">E-mail Address: _____________________________________________________________________</w:t>
        <w:br w:type="textWrapping"/>
        <w:t xml:space="preserve">Parent(s)/Guardian(s) Name(s): _______________________________________________________</w:t>
        <w:br w:type="textWrapping"/>
      </w:r>
      <w:r w:rsidDel="00000000" w:rsidR="00000000" w:rsidRPr="00000000">
        <w:rPr>
          <w:rtl w:val="0"/>
        </w:rPr>
      </w:r>
    </w:p>
    <w:p w:rsidR="00000000" w:rsidDel="00000000" w:rsidP="00000000" w:rsidRDefault="00000000" w:rsidRPr="00000000" w14:paraId="0000000F">
      <w:pPr>
        <w:pStyle w:val="Heading1"/>
        <w:rPr/>
      </w:pPr>
      <w:r w:rsidDel="00000000" w:rsidR="00000000" w:rsidRPr="00000000">
        <w:rPr>
          <w:rtl w:val="0"/>
        </w:rPr>
        <w:t xml:space="preserve">School Activities</w:t>
      </w:r>
    </w:p>
    <w:p w:rsidR="00000000" w:rsidDel="00000000" w:rsidP="00000000" w:rsidRDefault="00000000" w:rsidRPr="00000000" w14:paraId="00000010">
      <w:pPr>
        <w:rPr/>
      </w:pPr>
      <w:r w:rsidDel="00000000" w:rsidR="00000000" w:rsidRPr="00000000">
        <w:rPr>
          <w:rtl w:val="0"/>
        </w:rPr>
        <w:t xml:space="preserve">List school activities (group or individual) in which you actively participate. Please identify any leadership roles or responsibilities.</w:t>
      </w:r>
    </w:p>
    <w:p w:rsidR="00000000" w:rsidDel="00000000" w:rsidP="00000000" w:rsidRDefault="00000000" w:rsidRPr="00000000" w14:paraId="00000011">
      <w:pPr>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12">
      <w:pPr>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13">
      <w:pPr>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14">
      <w:pPr>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15">
      <w:pPr>
        <w:pStyle w:val="Heading1"/>
        <w:rPr/>
      </w:pPr>
      <w:r w:rsidDel="00000000" w:rsidR="00000000" w:rsidRPr="00000000">
        <w:rPr>
          <w:rtl w:val="0"/>
        </w:rPr>
        <w:t xml:space="preserve">Church Involvement</w:t>
      </w:r>
    </w:p>
    <w:p w:rsidR="00000000" w:rsidDel="00000000" w:rsidP="00000000" w:rsidRDefault="00000000" w:rsidRPr="00000000" w14:paraId="00000016">
      <w:pPr>
        <w:rPr/>
      </w:pPr>
      <w:r w:rsidDel="00000000" w:rsidR="00000000" w:rsidRPr="00000000">
        <w:rPr>
          <w:rtl w:val="0"/>
        </w:rPr>
        <w:t xml:space="preserve">Describe your involvement in church activities, including ministry service, small group participation, and other forms of engagement.</w:t>
      </w:r>
    </w:p>
    <w:p w:rsidR="00000000" w:rsidDel="00000000" w:rsidP="00000000" w:rsidRDefault="00000000" w:rsidRPr="00000000" w14:paraId="00000017">
      <w:pPr>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18">
      <w:pPr>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19">
      <w:pPr>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1A">
      <w:pPr>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1B">
      <w:pPr>
        <w:pStyle w:val="Heading1"/>
        <w:rPr/>
      </w:pPr>
      <w:r w:rsidDel="00000000" w:rsidR="00000000" w:rsidRPr="00000000">
        <w:rPr>
          <w:rtl w:val="0"/>
        </w:rPr>
        <w:t xml:space="preserve">Leisure and Community Activities</w:t>
      </w:r>
    </w:p>
    <w:p w:rsidR="00000000" w:rsidDel="00000000" w:rsidP="00000000" w:rsidRDefault="00000000" w:rsidRPr="00000000" w14:paraId="0000001C">
      <w:pPr>
        <w:rPr/>
      </w:pPr>
      <w:r w:rsidDel="00000000" w:rsidR="00000000" w:rsidRPr="00000000">
        <w:rPr>
          <w:rtl w:val="0"/>
        </w:rPr>
        <w:t xml:space="preserve">List activities outside of school such as hobbies, personal interests, and community service. Specify any leadership roles or responsibilities.</w:t>
      </w:r>
    </w:p>
    <w:p w:rsidR="00000000" w:rsidDel="00000000" w:rsidP="00000000" w:rsidRDefault="00000000" w:rsidRPr="00000000" w14:paraId="0000001D">
      <w:pPr>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1E">
      <w:pPr>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1F">
      <w:pPr>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20">
      <w:pPr>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21">
      <w:pPr>
        <w:pStyle w:val="Heading1"/>
        <w:rPr/>
      </w:pPr>
      <w:r w:rsidDel="00000000" w:rsidR="00000000" w:rsidRPr="00000000">
        <w:rPr>
          <w:rtl w:val="0"/>
        </w:rPr>
        <w:t xml:space="preserve">Academic Information</w:t>
      </w:r>
    </w:p>
    <w:p w:rsidR="00000000" w:rsidDel="00000000" w:rsidP="00000000" w:rsidRDefault="00000000" w:rsidRPr="00000000" w14:paraId="00000022">
      <w:pPr>
        <w:rPr/>
      </w:pPr>
      <w:r w:rsidDel="00000000" w:rsidR="00000000" w:rsidRPr="00000000">
        <w:rPr>
          <w:rtl w:val="0"/>
        </w:rPr>
        <w:t xml:space="preserve">High School Name: ____________________________________   Graduation Date: ____________</w:t>
      </w:r>
    </w:p>
    <w:p w:rsidR="00000000" w:rsidDel="00000000" w:rsidP="00000000" w:rsidRDefault="00000000" w:rsidRPr="00000000" w14:paraId="00000023">
      <w:pPr>
        <w:rPr/>
      </w:pPr>
      <w:r w:rsidDel="00000000" w:rsidR="00000000" w:rsidRPr="00000000">
        <w:rPr>
          <w:rtl w:val="0"/>
        </w:rPr>
        <w:t xml:space="preserve">High School GPA: __________ on a scale of __________*</w:t>
      </w:r>
    </w:p>
    <w:p w:rsidR="00000000" w:rsidDel="00000000" w:rsidP="00000000" w:rsidRDefault="00000000" w:rsidRPr="00000000" w14:paraId="00000024">
      <w:pPr>
        <w:rPr/>
      </w:pPr>
      <w:r w:rsidDel="00000000" w:rsidR="00000000" w:rsidRPr="00000000">
        <w:rPr>
          <w:rtl w:val="0"/>
        </w:rPr>
        <w:t xml:space="preserve">Do you plan to attend college as a full-time student for the 2027–2028 academic year?   ☐ Yes   ☐ No</w:t>
      </w:r>
    </w:p>
    <w:p w:rsidR="00000000" w:rsidDel="00000000" w:rsidP="00000000" w:rsidRDefault="00000000" w:rsidRPr="00000000" w14:paraId="00000025">
      <w:pPr>
        <w:rPr/>
      </w:pPr>
      <w:r w:rsidDel="00000000" w:rsidR="00000000" w:rsidRPr="00000000">
        <w:rPr>
          <w:rtl w:val="0"/>
        </w:rPr>
        <w:t xml:space="preserve">If yes, SAT Scores: Reading ____________ Math ____________   or ACT: ____________</w:t>
      </w:r>
    </w:p>
    <w:p w:rsidR="00000000" w:rsidDel="00000000" w:rsidP="00000000" w:rsidRDefault="00000000" w:rsidRPr="00000000" w14:paraId="00000026">
      <w:pPr>
        <w:rPr/>
      </w:pPr>
      <w:r w:rsidDel="00000000" w:rsidR="00000000" w:rsidRPr="00000000">
        <w:rPr>
          <w:rtl w:val="0"/>
        </w:rPr>
        <w:t xml:space="preserve">College Status (check one): ☐ Freshman   ☐ Sophomore ☐ Junior   ☐ Senior</w:t>
      </w:r>
    </w:p>
    <w:p w:rsidR="00000000" w:rsidDel="00000000" w:rsidP="00000000" w:rsidRDefault="00000000" w:rsidRPr="00000000" w14:paraId="00000027">
      <w:pPr>
        <w:rPr/>
      </w:pPr>
      <w:r w:rsidDel="00000000" w:rsidR="00000000" w:rsidRPr="00000000">
        <w:rPr>
          <w:rtl w:val="0"/>
        </w:rPr>
        <w:t xml:space="preserve">Graduated School Status (if applicable): ___________________________________________</w:t>
      </w:r>
    </w:p>
    <w:p w:rsidR="00000000" w:rsidDel="00000000" w:rsidP="00000000" w:rsidRDefault="00000000" w:rsidRPr="00000000" w14:paraId="00000028">
      <w:pPr>
        <w:rPr/>
      </w:pPr>
      <w:r w:rsidDel="00000000" w:rsidR="00000000" w:rsidRPr="00000000">
        <w:rPr>
          <w:rtl w:val="0"/>
        </w:rPr>
        <w:t xml:space="preserve">Seminary Student Status (if applicable): ___________________________________________</w:t>
      </w:r>
    </w:p>
    <w:p w:rsidR="00000000" w:rsidDel="00000000" w:rsidP="00000000" w:rsidRDefault="00000000" w:rsidRPr="00000000" w14:paraId="00000029">
      <w:pPr>
        <w:rPr/>
      </w:pPr>
      <w:r w:rsidDel="00000000" w:rsidR="00000000" w:rsidRPr="00000000">
        <w:rPr>
          <w:rtl w:val="0"/>
        </w:rPr>
        <w:t xml:space="preserve">School Name: ____________________________________   City/State: _______________________</w:t>
      </w:r>
    </w:p>
    <w:p w:rsidR="00000000" w:rsidDel="00000000" w:rsidP="00000000" w:rsidRDefault="00000000" w:rsidRPr="00000000" w14:paraId="0000002A">
      <w:pPr>
        <w:rPr/>
      </w:pPr>
      <w:r w:rsidDel="00000000" w:rsidR="00000000" w:rsidRPr="00000000">
        <w:rPr>
          <w:rtl w:val="0"/>
        </w:rPr>
        <w:t xml:space="preserve">Cumulative GPA: __________ on a scale of __________*</w:t>
      </w:r>
    </w:p>
    <w:p w:rsidR="00000000" w:rsidDel="00000000" w:rsidP="00000000" w:rsidRDefault="00000000" w:rsidRPr="00000000" w14:paraId="0000002B">
      <w:pPr>
        <w:rPr/>
      </w:pPr>
      <w:r w:rsidDel="00000000" w:rsidR="00000000" w:rsidRPr="00000000">
        <w:rPr>
          <w:rtl w:val="0"/>
        </w:rPr>
        <w:t xml:space="preserve">Major: ___________________   Minor: ___________________</w:t>
      </w:r>
    </w:p>
    <w:p w:rsidR="00000000" w:rsidDel="00000000" w:rsidP="00000000" w:rsidRDefault="00000000" w:rsidRPr="00000000" w14:paraId="0000002C">
      <w:pPr>
        <w:rPr/>
      </w:pPr>
      <w:r w:rsidDel="00000000" w:rsidR="00000000" w:rsidRPr="00000000">
        <w:rPr>
          <w:rtl w:val="0"/>
        </w:rPr>
        <w:t xml:space="preserve">Have you received an NCFC Scholarship previously?   ☐ Yes   ☐ No</w:t>
      </w:r>
    </w:p>
    <w:p w:rsidR="00000000" w:rsidDel="00000000" w:rsidP="00000000" w:rsidRDefault="00000000" w:rsidRPr="00000000" w14:paraId="0000002D">
      <w:pPr>
        <w:rPr/>
      </w:pPr>
      <w:r w:rsidDel="00000000" w:rsidR="00000000" w:rsidRPr="00000000">
        <w:rPr>
          <w:rtl w:val="0"/>
        </w:rPr>
        <w:t xml:space="preserve">If yes, how many times? __________   Date(s) awarded: ___________________</w:t>
      </w:r>
    </w:p>
    <w:p w:rsidR="00000000" w:rsidDel="00000000" w:rsidP="00000000" w:rsidRDefault="00000000" w:rsidRPr="00000000" w14:paraId="0000002E">
      <w:pPr>
        <w:rPr/>
      </w:pPr>
      <w:r w:rsidDel="00000000" w:rsidR="00000000" w:rsidRPr="00000000">
        <w:rPr>
          <w:rtl w:val="0"/>
        </w:rPr>
        <w:t xml:space="preserve">List any awards, honors, or recognitions you have received in school, church, work, or the community within the past three years:</w:t>
      </w:r>
    </w:p>
    <w:p w:rsidR="00000000" w:rsidDel="00000000" w:rsidP="00000000" w:rsidRDefault="00000000" w:rsidRPr="00000000" w14:paraId="0000002F">
      <w:pPr>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30">
      <w:pPr>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31">
      <w:pPr>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32">
      <w:pPr>
        <w:rPr/>
      </w:pPr>
      <w:r w:rsidDel="00000000" w:rsidR="00000000" w:rsidRPr="00000000">
        <w:rPr>
          <w:rtl w:val="0"/>
        </w:rPr>
        <w:t xml:space="preserve">*Please attach a copy of your academic transcript (high school or college, as appropriate). By submitting this application, I authorize the Scholarship Committee to verify my GPA, credits, and enrollment status.</w:t>
      </w:r>
    </w:p>
    <w:p w:rsidR="00000000" w:rsidDel="00000000" w:rsidP="00000000" w:rsidRDefault="00000000" w:rsidRPr="00000000" w14:paraId="00000033">
      <w:pPr>
        <w:pStyle w:val="Heading1"/>
        <w:rPr/>
      </w:pPr>
      <w:r w:rsidDel="00000000" w:rsidR="00000000" w:rsidRPr="00000000">
        <w:rPr>
          <w:rtl w:val="0"/>
        </w:rPr>
        <w:t xml:space="preserve">Faith Journey Essay</w:t>
      </w:r>
    </w:p>
    <w:p w:rsidR="00000000" w:rsidDel="00000000" w:rsidP="00000000" w:rsidRDefault="00000000" w:rsidRPr="00000000" w14:paraId="00000034">
      <w:pPr>
        <w:rPr/>
      </w:pPr>
      <w:r w:rsidDel="00000000" w:rsidR="00000000" w:rsidRPr="00000000">
        <w:rPr>
          <w:rtl w:val="0"/>
        </w:rPr>
        <w:t xml:space="preserve">On a separate sheet of paper (typed responses preferred), please respond to the following questions:</w:t>
      </w:r>
    </w:p>
    <w:p w:rsidR="00000000" w:rsidDel="00000000" w:rsidP="00000000" w:rsidRDefault="00000000" w:rsidRPr="00000000" w14:paraId="00000035">
      <w:pPr>
        <w:rPr/>
      </w:pPr>
      <w:r w:rsidDel="00000000" w:rsidR="00000000" w:rsidRPr="00000000">
        <w:rPr>
          <w:rtl w:val="0"/>
        </w:rPr>
        <w:t xml:space="preserve">1. Summarize the significant events in your life and describe your personal and educational goals.</w:t>
      </w:r>
    </w:p>
    <w:p w:rsidR="00000000" w:rsidDel="00000000" w:rsidP="00000000" w:rsidRDefault="00000000" w:rsidRPr="00000000" w14:paraId="00000036">
      <w:pPr>
        <w:rPr/>
      </w:pPr>
      <w:r w:rsidDel="00000000" w:rsidR="00000000" w:rsidRPr="00000000">
        <w:rPr>
          <w:rtl w:val="0"/>
        </w:rPr>
        <w:t xml:space="preserve">2. How has your home church influenced your faith journey?</w:t>
      </w:r>
    </w:p>
    <w:p w:rsidR="00000000" w:rsidDel="00000000" w:rsidP="00000000" w:rsidRDefault="00000000" w:rsidRPr="00000000" w14:paraId="00000037">
      <w:pPr>
        <w:rPr/>
      </w:pPr>
      <w:r w:rsidDel="00000000" w:rsidR="00000000" w:rsidRPr="00000000">
        <w:rPr>
          <w:rtl w:val="0"/>
        </w:rPr>
        <w:t xml:space="preserve">3. In what ways has your religious background and faith shaped your life? Provide specific examples of how your beliefs guide your daily living.</w:t>
      </w:r>
    </w:p>
    <w:p w:rsidR="00000000" w:rsidDel="00000000" w:rsidP="00000000" w:rsidRDefault="00000000" w:rsidRPr="00000000" w14:paraId="00000038">
      <w:pPr>
        <w:rPr/>
      </w:pPr>
      <w:r w:rsidDel="00000000" w:rsidR="00000000" w:rsidRPr="00000000">
        <w:rPr>
          <w:rtl w:val="0"/>
        </w:rPr>
        <w:t xml:space="preserve">4. Explain why this scholarship is important to you.</w:t>
      </w:r>
    </w:p>
    <w:p w:rsidR="00000000" w:rsidDel="00000000" w:rsidP="00000000" w:rsidRDefault="00000000" w:rsidRPr="00000000" w14:paraId="00000039">
      <w:pPr>
        <w:pStyle w:val="Heading1"/>
        <w:rPr/>
      </w:pPr>
      <w:r w:rsidDel="00000000" w:rsidR="00000000" w:rsidRPr="00000000">
        <w:rPr>
          <w:rtl w:val="0"/>
        </w:rPr>
        <w:t xml:space="preserve">Financial Overview</w:t>
      </w:r>
    </w:p>
    <w:p w:rsidR="00000000" w:rsidDel="00000000" w:rsidP="00000000" w:rsidRDefault="00000000" w:rsidRPr="00000000" w14:paraId="0000003A">
      <w:pPr>
        <w:rPr/>
      </w:pPr>
      <w:r w:rsidDel="00000000" w:rsidR="00000000" w:rsidRPr="00000000">
        <w:rPr>
          <w:rtl w:val="0"/>
        </w:rPr>
        <w:t xml:space="preserve">This information will remain strictly confidential.</w:t>
        <w:br w:type="textWrapping"/>
      </w:r>
    </w:p>
    <w:p w:rsidR="00000000" w:rsidDel="00000000" w:rsidP="00000000" w:rsidRDefault="00000000" w:rsidRPr="00000000" w14:paraId="0000003B">
      <w:pPr>
        <w:rPr/>
      </w:pPr>
      <w:r w:rsidDel="00000000" w:rsidR="00000000" w:rsidRPr="00000000">
        <w:rPr>
          <w:rtl w:val="0"/>
        </w:rPr>
        <w:t xml:space="preserve">Family Annual Income (check one):</w:t>
      </w:r>
    </w:p>
    <w:p w:rsidR="00000000" w:rsidDel="00000000" w:rsidP="00000000" w:rsidRDefault="00000000" w:rsidRPr="00000000" w14:paraId="0000003C">
      <w:pPr>
        <w:rPr/>
      </w:pPr>
      <w:r w:rsidDel="00000000" w:rsidR="00000000" w:rsidRPr="00000000">
        <w:rPr>
          <w:rtl w:val="0"/>
        </w:rPr>
        <w:t xml:space="preserve">☐ Under $20,000   ☐ $20,000–$30,000   ☐ $30,000–$50,000   ☐ $50,000–$100,000   ☐ Over $100,000</w:t>
      </w:r>
    </w:p>
    <w:p w:rsidR="00000000" w:rsidDel="00000000" w:rsidP="00000000" w:rsidRDefault="00000000" w:rsidRPr="00000000" w14:paraId="0000003D">
      <w:pPr>
        <w:rPr/>
      </w:pPr>
      <w:r w:rsidDel="00000000" w:rsidR="00000000" w:rsidRPr="00000000">
        <w:rPr>
          <w:rtl w:val="0"/>
        </w:rPr>
        <w:t xml:space="preserve">Siblings (list ages): ________________________________________________</w:t>
      </w:r>
    </w:p>
    <w:p w:rsidR="00000000" w:rsidDel="00000000" w:rsidP="00000000" w:rsidRDefault="00000000" w:rsidRPr="00000000" w14:paraId="0000003E">
      <w:pPr>
        <w:rPr/>
      </w:pPr>
      <w:r w:rsidDel="00000000" w:rsidR="00000000" w:rsidRPr="00000000">
        <w:rPr>
          <w:rtl w:val="0"/>
        </w:rPr>
        <w:t xml:space="preserve">Estimated Tuition Support for 2026–2027:</w:t>
      </w:r>
    </w:p>
    <w:p w:rsidR="00000000" w:rsidDel="00000000" w:rsidP="00000000" w:rsidRDefault="00000000" w:rsidRPr="00000000" w14:paraId="0000003F">
      <w:pPr>
        <w:rPr/>
      </w:pPr>
      <w:r w:rsidDel="00000000" w:rsidR="00000000" w:rsidRPr="00000000">
        <w:rPr>
          <w:rtl w:val="0"/>
        </w:rPr>
        <w:t xml:space="preserve">Parents/Guardians: $_________________</w:t>
      </w:r>
    </w:p>
    <w:p w:rsidR="00000000" w:rsidDel="00000000" w:rsidP="00000000" w:rsidRDefault="00000000" w:rsidRPr="00000000" w14:paraId="00000040">
      <w:pPr>
        <w:rPr/>
      </w:pPr>
      <w:r w:rsidDel="00000000" w:rsidR="00000000" w:rsidRPr="00000000">
        <w:rPr>
          <w:rtl w:val="0"/>
        </w:rPr>
        <w:t xml:space="preserve">Personal/Community Contributions: $_________________</w:t>
      </w:r>
    </w:p>
    <w:p w:rsidR="00000000" w:rsidDel="00000000" w:rsidP="00000000" w:rsidRDefault="00000000" w:rsidRPr="00000000" w14:paraId="00000041">
      <w:pPr>
        <w:rPr/>
      </w:pPr>
      <w:r w:rsidDel="00000000" w:rsidR="00000000" w:rsidRPr="00000000">
        <w:rPr>
          <w:rtl w:val="0"/>
        </w:rPr>
        <w:t xml:space="preserve">Grandparents/Other Family: $_________________</w:t>
      </w:r>
    </w:p>
    <w:p w:rsidR="00000000" w:rsidDel="00000000" w:rsidP="00000000" w:rsidRDefault="00000000" w:rsidRPr="00000000" w14:paraId="00000042">
      <w:pPr>
        <w:rPr/>
      </w:pPr>
      <w:r w:rsidDel="00000000" w:rsidR="00000000" w:rsidRPr="00000000">
        <w:rPr>
          <w:rtl w:val="0"/>
        </w:rPr>
        <w:t xml:space="preserve">Other Scholarships/Grants Awarded (if any):</w:t>
      </w:r>
    </w:p>
    <w:tbl>
      <w:tblPr>
        <w:tblStyle w:val="Table1"/>
        <w:tblW w:w="86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2880"/>
        <w:gridCol w:w="2880"/>
        <w:tblGridChange w:id="0">
          <w:tblGrid>
            <w:gridCol w:w="2880"/>
            <w:gridCol w:w="2880"/>
            <w:gridCol w:w="2880"/>
          </w:tblGrid>
        </w:tblGridChange>
      </w:tblGrid>
      <w:tr>
        <w:trPr>
          <w:cantSplit w:val="0"/>
          <w:tblHeader w:val="0"/>
        </w:trPr>
        <w:tc>
          <w:tcPr/>
          <w:p w:rsidR="00000000" w:rsidDel="00000000" w:rsidP="00000000" w:rsidRDefault="00000000" w:rsidRPr="00000000" w14:paraId="00000043">
            <w:pPr>
              <w:rPr/>
            </w:pPr>
            <w:r w:rsidDel="00000000" w:rsidR="00000000" w:rsidRPr="00000000">
              <w:rPr>
                <w:rtl w:val="0"/>
              </w:rPr>
              <w:t xml:space="preserve">Scholarship/Sponsor</w:t>
            </w:r>
          </w:p>
        </w:tc>
        <w:tc>
          <w:tcPr/>
          <w:p w:rsidR="00000000" w:rsidDel="00000000" w:rsidP="00000000" w:rsidRDefault="00000000" w:rsidRPr="00000000" w14:paraId="00000044">
            <w:pPr>
              <w:rPr/>
            </w:pPr>
            <w:r w:rsidDel="00000000" w:rsidR="00000000" w:rsidRPr="00000000">
              <w:rPr>
                <w:rtl w:val="0"/>
              </w:rPr>
              <w:t xml:space="preserve">Award Amount/Range</w:t>
            </w:r>
          </w:p>
        </w:tc>
        <w:tc>
          <w:tcPr/>
          <w:p w:rsidR="00000000" w:rsidDel="00000000" w:rsidP="00000000" w:rsidRDefault="00000000" w:rsidRPr="00000000" w14:paraId="00000045">
            <w:pPr>
              <w:rPr/>
            </w:pPr>
            <w:r w:rsidDel="00000000" w:rsidR="00000000" w:rsidRPr="00000000">
              <w:rPr>
                <w:rtl w:val="0"/>
              </w:rPr>
              <w:t xml:space="preserve">Effective Date</w:t>
            </w:r>
          </w:p>
        </w:tc>
      </w:tr>
      <w:tr>
        <w:trPr>
          <w:cantSplit w:val="0"/>
          <w:tblHeader w:val="0"/>
        </w:trPr>
        <w:tc>
          <w:tcPr/>
          <w:p w:rsidR="00000000" w:rsidDel="00000000" w:rsidP="00000000" w:rsidRDefault="00000000" w:rsidRPr="00000000" w14:paraId="00000046">
            <w:pPr>
              <w:rPr/>
            </w:pPr>
            <w:bookmarkStart w:colFirst="0" w:colLast="0" w:name="_heading=h.4v4tj38ija8o" w:id="1"/>
            <w:bookmarkEnd w:id="1"/>
            <w:r w:rsidDel="00000000" w:rsidR="00000000" w:rsidRPr="00000000">
              <w:rPr>
                <w:rtl w:val="0"/>
              </w:rPr>
            </w:r>
          </w:p>
        </w:tc>
        <w:tc>
          <w:tcPr/>
          <w:p w:rsidR="00000000" w:rsidDel="00000000" w:rsidP="00000000" w:rsidRDefault="00000000" w:rsidRPr="00000000" w14:paraId="00000047">
            <w:pPr>
              <w:rPr/>
            </w:pPr>
            <w:r w:rsidDel="00000000" w:rsidR="00000000" w:rsidRPr="00000000">
              <w:rPr>
                <w:rtl w:val="0"/>
              </w:rPr>
            </w:r>
          </w:p>
        </w:tc>
        <w:tc>
          <w:tcPr/>
          <w:p w:rsidR="00000000" w:rsidDel="00000000" w:rsidP="00000000" w:rsidRDefault="00000000" w:rsidRPr="00000000" w14:paraId="00000048">
            <w:pPr>
              <w:rPr/>
            </w:pPr>
            <w:r w:rsidDel="00000000" w:rsidR="00000000" w:rsidRPr="00000000">
              <w:rPr>
                <w:rtl w:val="0"/>
              </w:rPr>
            </w:r>
          </w:p>
        </w:tc>
      </w:tr>
      <w:tr>
        <w:trPr>
          <w:cantSplit w:val="0"/>
          <w:tblHeader w:val="0"/>
        </w:trPr>
        <w:tc>
          <w:tcPr/>
          <w:p w:rsidR="00000000" w:rsidDel="00000000" w:rsidP="00000000" w:rsidRDefault="00000000" w:rsidRPr="00000000" w14:paraId="00000049">
            <w:pPr>
              <w:rPr/>
            </w:pPr>
            <w:r w:rsidDel="00000000" w:rsidR="00000000" w:rsidRPr="00000000">
              <w:rPr>
                <w:rtl w:val="0"/>
              </w:rPr>
            </w:r>
          </w:p>
        </w:tc>
        <w:tc>
          <w:tcPr/>
          <w:p w:rsidR="00000000" w:rsidDel="00000000" w:rsidP="00000000" w:rsidRDefault="00000000" w:rsidRPr="00000000" w14:paraId="0000004A">
            <w:pPr>
              <w:rPr/>
            </w:pPr>
            <w:r w:rsidDel="00000000" w:rsidR="00000000" w:rsidRPr="00000000">
              <w:rPr>
                <w:rtl w:val="0"/>
              </w:rPr>
            </w:r>
          </w:p>
        </w:tc>
        <w:tc>
          <w:tcPr/>
          <w:p w:rsidR="00000000" w:rsidDel="00000000" w:rsidP="00000000" w:rsidRDefault="00000000" w:rsidRPr="00000000" w14:paraId="0000004B">
            <w:pPr>
              <w:rPr/>
            </w:pPr>
            <w:r w:rsidDel="00000000" w:rsidR="00000000" w:rsidRPr="00000000">
              <w:rPr>
                <w:rtl w:val="0"/>
              </w:rPr>
            </w:r>
          </w:p>
        </w:tc>
      </w:tr>
      <w:tr>
        <w:trPr>
          <w:cantSplit w:val="0"/>
          <w:tblHeader w:val="0"/>
        </w:trPr>
        <w:tc>
          <w:tcPr/>
          <w:p w:rsidR="00000000" w:rsidDel="00000000" w:rsidP="00000000" w:rsidRDefault="00000000" w:rsidRPr="00000000" w14:paraId="0000004C">
            <w:pPr>
              <w:rPr/>
            </w:pPr>
            <w:r w:rsidDel="00000000" w:rsidR="00000000" w:rsidRPr="00000000">
              <w:rPr>
                <w:rtl w:val="0"/>
              </w:rPr>
            </w:r>
          </w:p>
        </w:tc>
        <w:tc>
          <w:tcPr/>
          <w:p w:rsidR="00000000" w:rsidDel="00000000" w:rsidP="00000000" w:rsidRDefault="00000000" w:rsidRPr="00000000" w14:paraId="0000004D">
            <w:pPr>
              <w:rPr/>
            </w:pPr>
            <w:r w:rsidDel="00000000" w:rsidR="00000000" w:rsidRPr="00000000">
              <w:rPr>
                <w:rtl w:val="0"/>
              </w:rPr>
            </w:r>
          </w:p>
        </w:tc>
        <w:tc>
          <w:tcPr/>
          <w:p w:rsidR="00000000" w:rsidDel="00000000" w:rsidP="00000000" w:rsidRDefault="00000000" w:rsidRPr="00000000" w14:paraId="0000004E">
            <w:pPr>
              <w:rPr/>
            </w:pPr>
            <w:r w:rsidDel="00000000" w:rsidR="00000000" w:rsidRPr="00000000">
              <w:rPr>
                <w:rtl w:val="0"/>
              </w:rPr>
            </w:r>
          </w:p>
        </w:tc>
      </w:tr>
    </w:tbl>
    <w:p w:rsidR="00000000" w:rsidDel="00000000" w:rsidP="00000000" w:rsidRDefault="00000000" w:rsidRPr="00000000" w14:paraId="0000004F">
      <w:pPr>
        <w:pStyle w:val="Heading1"/>
        <w:rPr/>
      </w:pPr>
      <w:r w:rsidDel="00000000" w:rsidR="00000000" w:rsidRPr="00000000">
        <w:rPr>
          <w:rtl w:val="0"/>
        </w:rPr>
        <w:t xml:space="preserve">References / Letters of Recommendation</w:t>
      </w:r>
    </w:p>
    <w:p w:rsidR="00000000" w:rsidDel="00000000" w:rsidP="00000000" w:rsidRDefault="00000000" w:rsidRPr="00000000" w14:paraId="00000050">
      <w:pPr>
        <w:rPr/>
      </w:pPr>
      <w:r w:rsidDel="00000000" w:rsidR="00000000" w:rsidRPr="00000000">
        <w:rPr>
          <w:rtl w:val="0"/>
        </w:rPr>
        <w:t xml:space="preserve">Please provide the names, addresses, and phone numbers of two references who can attest to your character, personal, and educational goals. One must be an active member of New Covenant Fellowship Church (NCFC) in Germantown, and the other may be a community leader. Both references must submit letters of recommendation directly to scholarship@fellowshipusa.com by November 30, 2026.</w:t>
        <w:br w:type="textWrapping"/>
      </w:r>
    </w:p>
    <w:p w:rsidR="00000000" w:rsidDel="00000000" w:rsidP="00000000" w:rsidRDefault="00000000" w:rsidRPr="00000000" w14:paraId="00000051">
      <w:pPr>
        <w:rPr/>
      </w:pPr>
      <w:r w:rsidDel="00000000" w:rsidR="00000000" w:rsidRPr="00000000">
        <w:rPr>
          <w:rtl w:val="0"/>
        </w:rPr>
        <w:t xml:space="preserve">Reference 1 Name: __________________________________</w:t>
      </w:r>
    </w:p>
    <w:p w:rsidR="00000000" w:rsidDel="00000000" w:rsidP="00000000" w:rsidRDefault="00000000" w:rsidRPr="00000000" w14:paraId="00000052">
      <w:pPr>
        <w:rPr/>
      </w:pPr>
      <w:r w:rsidDel="00000000" w:rsidR="00000000" w:rsidRPr="00000000">
        <w:rPr>
          <w:rtl w:val="0"/>
        </w:rPr>
        <w:t xml:space="preserve">Address: _______________________________________________</w:t>
      </w:r>
    </w:p>
    <w:p w:rsidR="00000000" w:rsidDel="00000000" w:rsidP="00000000" w:rsidRDefault="00000000" w:rsidRPr="00000000" w14:paraId="00000053">
      <w:pPr>
        <w:rPr/>
      </w:pPr>
      <w:r w:rsidDel="00000000" w:rsidR="00000000" w:rsidRPr="00000000">
        <w:rPr>
          <w:rtl w:val="0"/>
        </w:rPr>
        <w:t xml:space="preserve">Phone: _______________________________________________</w:t>
      </w:r>
    </w:p>
    <w:p w:rsidR="00000000" w:rsidDel="00000000" w:rsidP="00000000" w:rsidRDefault="00000000" w:rsidRPr="00000000" w14:paraId="00000054">
      <w:pPr>
        <w:rPr/>
      </w:pPr>
      <w:r w:rsidDel="00000000" w:rsidR="00000000" w:rsidRPr="00000000">
        <w:rPr>
          <w:rtl w:val="0"/>
        </w:rPr>
        <w:t xml:space="preserve">Relationship: __________________________________________</w:t>
        <w:br w:type="textWrapping"/>
      </w:r>
    </w:p>
    <w:p w:rsidR="00000000" w:rsidDel="00000000" w:rsidP="00000000" w:rsidRDefault="00000000" w:rsidRPr="00000000" w14:paraId="00000055">
      <w:pPr>
        <w:rPr/>
      </w:pPr>
      <w:r w:rsidDel="00000000" w:rsidR="00000000" w:rsidRPr="00000000">
        <w:rPr>
          <w:rtl w:val="0"/>
        </w:rPr>
        <w:t xml:space="preserve">Reference 2 Name: __________________________________</w:t>
      </w:r>
    </w:p>
    <w:p w:rsidR="00000000" w:rsidDel="00000000" w:rsidP="00000000" w:rsidRDefault="00000000" w:rsidRPr="00000000" w14:paraId="00000056">
      <w:pPr>
        <w:rPr/>
      </w:pPr>
      <w:r w:rsidDel="00000000" w:rsidR="00000000" w:rsidRPr="00000000">
        <w:rPr>
          <w:rtl w:val="0"/>
        </w:rPr>
        <w:t xml:space="preserve">Address: _______________________________________________</w:t>
      </w:r>
    </w:p>
    <w:p w:rsidR="00000000" w:rsidDel="00000000" w:rsidP="00000000" w:rsidRDefault="00000000" w:rsidRPr="00000000" w14:paraId="00000057">
      <w:pPr>
        <w:rPr/>
      </w:pPr>
      <w:r w:rsidDel="00000000" w:rsidR="00000000" w:rsidRPr="00000000">
        <w:rPr>
          <w:rtl w:val="0"/>
        </w:rPr>
        <w:t xml:space="preserve">Phone: _______________________________________________</w:t>
      </w:r>
    </w:p>
    <w:p w:rsidR="00000000" w:rsidDel="00000000" w:rsidP="00000000" w:rsidRDefault="00000000" w:rsidRPr="00000000" w14:paraId="00000058">
      <w:pPr>
        <w:rPr/>
      </w:pPr>
      <w:r w:rsidDel="00000000" w:rsidR="00000000" w:rsidRPr="00000000">
        <w:rPr>
          <w:rtl w:val="0"/>
        </w:rPr>
        <w:t xml:space="preserve">Relationship: __________________________________________</w:t>
        <w:br w:type="textWrapping"/>
      </w:r>
    </w:p>
    <w:p w:rsidR="00000000" w:rsidDel="00000000" w:rsidP="00000000" w:rsidRDefault="00000000" w:rsidRPr="00000000" w14:paraId="00000059">
      <w:pPr>
        <w:rPr/>
      </w:pPr>
      <w:r w:rsidDel="00000000" w:rsidR="00000000" w:rsidRPr="00000000">
        <w:rPr>
          <w:rtl w:val="0"/>
        </w:rPr>
        <w:t xml:space="preserve">Would you be available for a personal interview? __________</w:t>
      </w:r>
    </w:p>
    <w:p w:rsidR="00000000" w:rsidDel="00000000" w:rsidP="00000000" w:rsidRDefault="00000000" w:rsidRPr="00000000" w14:paraId="0000005A">
      <w:pPr>
        <w:pStyle w:val="Heading1"/>
        <w:rPr/>
      </w:pPr>
      <w:r w:rsidDel="00000000" w:rsidR="00000000" w:rsidRPr="00000000">
        <w:rPr>
          <w:rtl w:val="0"/>
        </w:rPr>
        <w:t xml:space="preserve">Application Checklist</w:t>
      </w:r>
    </w:p>
    <w:p w:rsidR="00000000" w:rsidDel="00000000" w:rsidP="00000000" w:rsidRDefault="00000000" w:rsidRPr="00000000" w14:paraId="0000005B">
      <w:pPr>
        <w:rPr/>
      </w:pPr>
      <w:r w:rsidDel="00000000" w:rsidR="00000000" w:rsidRPr="00000000">
        <w:rPr>
          <w:rtl w:val="0"/>
        </w:rPr>
        <w:t xml:space="preserve">☐ Completed Application Form</w:t>
      </w:r>
    </w:p>
    <w:p w:rsidR="00000000" w:rsidDel="00000000" w:rsidP="00000000" w:rsidRDefault="00000000" w:rsidRPr="00000000" w14:paraId="0000005C">
      <w:pPr>
        <w:rPr/>
      </w:pPr>
      <w:r w:rsidDel="00000000" w:rsidR="00000000" w:rsidRPr="00000000">
        <w:rPr>
          <w:rtl w:val="0"/>
        </w:rPr>
        <w:t xml:space="preserve">☐ Academic Transcript</w:t>
      </w:r>
    </w:p>
    <w:p w:rsidR="00000000" w:rsidDel="00000000" w:rsidP="00000000" w:rsidRDefault="00000000" w:rsidRPr="00000000" w14:paraId="0000005D">
      <w:pPr>
        <w:rPr/>
      </w:pPr>
      <w:r w:rsidDel="00000000" w:rsidR="00000000" w:rsidRPr="00000000">
        <w:rPr>
          <w:rtl w:val="0"/>
        </w:rPr>
        <w:t xml:space="preserve">☐ Faith Journey Essay</w:t>
      </w:r>
    </w:p>
    <w:p w:rsidR="00000000" w:rsidDel="00000000" w:rsidP="00000000" w:rsidRDefault="00000000" w:rsidRPr="00000000" w14:paraId="0000005E">
      <w:pPr>
        <w:rPr/>
      </w:pPr>
      <w:r w:rsidDel="00000000" w:rsidR="00000000" w:rsidRPr="00000000">
        <w:rPr>
          <w:rtl w:val="0"/>
        </w:rPr>
        <w:t xml:space="preserve">☐ Two Letters of Recommendation</w:t>
      </w:r>
    </w:p>
    <w:p w:rsidR="00000000" w:rsidDel="00000000" w:rsidP="00000000" w:rsidRDefault="00000000" w:rsidRPr="00000000" w14:paraId="0000005F">
      <w:pPr>
        <w:rPr/>
      </w:pPr>
      <w:r w:rsidDel="00000000" w:rsidR="00000000" w:rsidRPr="00000000">
        <w:rPr>
          <w:rtl w:val="0"/>
        </w:rPr>
        <w:t xml:space="preserve">☐ Income Proof (Tax Report)</w:t>
      </w:r>
    </w:p>
    <w:p w:rsidR="00000000" w:rsidDel="00000000" w:rsidP="00000000" w:rsidRDefault="00000000" w:rsidRPr="00000000" w14:paraId="00000060">
      <w:pPr>
        <w:rPr/>
      </w:pPr>
      <w:r w:rsidDel="00000000" w:rsidR="00000000" w:rsidRPr="00000000">
        <w:rPr>
          <w:rtl w:val="0"/>
        </w:rPr>
        <w:br w:type="textWrapping"/>
        <w:t xml:space="preserve">Applicant’s Signature __________________________________   Date ____________________</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HuAsmQR8yCdXv6aj7noGoR7GRg==">CgMxLjAyDmguZjM5dnppbHJrY3o1Mg5oLjR2NHRqMzhpamE4bzgAciExUkE3U3VGRXF1ai1VV2dzdmtkSFRNT2UzaHJ5dXRQeWE=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2025-08-24T21:37:00Z</dcterms:created>
  <dc:creator>python-docx</dc:creator>
</cp:coreProperties>
</file>